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היסטוריה וכיצד חוקרים את 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 ראשוני למקור משני ולבדוק אמינות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מאות וספירת שנים (לפנה״ס ולספירה)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האנושי בעזרת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נוצר בתקופה הנחקרת או בידי עד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ספר לימוד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הצגה חד צדדית כדי לשכנע או להאדיר צד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476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פרהיסטוריה היא תקופה שאין עליה מקורות כתובים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מקור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הספירה סופרים לאחור, לכן 500 לפנה״ס קדמה ל-100 לפנה״ס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אין שנת 0, עוברים ישירות משנה 1 לפנה״ס לשנה 1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נכתב מאוחר יותר על סמך מקורות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(מכתב מאותה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לימוד היסטוריה)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(הצגה חד צדדית של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(סידור אירועים לפי סדר התרחשותם)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(ספירת שנים לאחור לפני לידת ישו)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עבודת ההיסטוריון/ית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שאלת מחקר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את המקורות - מי כתב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משווים בין מקורות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מפרשים ומסיקים מסקנות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 נוצר בזמן האירוע (למשל מכתב או מטבע), מקור משני נכתב מאוחר יותר על סמך מקורות אחרים (למשל ספר 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כתב את המקור ומה מעמדו? מתי נכתב - קרוב לאירוע או זמן רב אחריו?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ראשוני מאותה תקופה, מקור משני נכתב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המאה ה-11 (מוחקים שתי ספרות אחרונות ומוסיפים 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עוברים ישירות משנה 1 לפנה״ס לשנה 1 לספירה בלי שנת 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חישוב המאות על הלוח עם כמה שנים נוספות לפני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קונקרטיות למקור ראשוני ומשני מהכיתה (למשל תמונה ישנה מול ספר היסטוריה)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בשאלות הנכון/לא נכון על ספירת השנים כדאי להדגים על ציר זמן מצויר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חשובות בהיסטוריה: מה זה היסטוריה, איך בודקים מקורות, ואיך סופרים שנים ומאות.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היסטוריה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חקר העבר של בני האדם בעזרת מקורות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מאותה תקופה או של מי שהיה עד לאירוע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משני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שנכתב מאוחר יותר על סמך מקורות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מגמתיות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דברים באופן חד צדדי כדי לשכנע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אירועים לפי סדר התרחשותם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לפנה״ס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שנים לאחור, לפני לידת ישו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 שנים, למשל המאה ה-5 היא השנים 401-500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פרהיסטוריה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שאין עליה מקורות כתובים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היסטוריה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חקר העבר האנושי בעזרת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ניחוש מה קרה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סיפורים דמיוניים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מקור נוצר באותה תקופה?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 מאה שנה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בתקופה הנחקרת או בידי עד לאירוע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נכתב על ידי היסטוריון מודרני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נכתב הרבה אחרי האירוע?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 אישי מהתקופה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מהתקופה הנחקרת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מקור לא אובייקטיבי?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המקור מדויק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הצגה חד צדדית כדי לשכנע או להאדיר צד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המקור נכתב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המקור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מאה היא שנת 476?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בערך התחילו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476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1492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פרהיסטוריה היא תקופה שיש עליה הרבה מקורות כתובים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נוצר בתקופה הנחקרת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שנת 500 לפנה״ס מאוחרת משנת 100 לפנה״ס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שנת 0 בספירה הנהוגה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לימוד היסטוריה נחשב מקור משני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חקר העבר האנושי בעזרת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מקור שנכתב מאוחר יותר על סמך מקורות אחרים נקרא מקור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אצבע למציאת מאה: מוחקים שתי ספרות אחרונות ומוסיפים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בשנים שלפני הספירה סופרים שנים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ראשוני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הצגה חד צדדית של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משני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מכתב מאותה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מגמתיות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ספירת שנים לאחור לפני לידת ישו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לימוד היסטוריה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לפנה״ס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סידור אירועים לפי סדר התרחשותם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עבודת ההיסטוריון/ית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מקורות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מפרשים ומסיקים מסקנות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שאלת מחקר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המקורות - מי כתב ומתי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מקור ראשוני למקור משני,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שתי שאלות שעוזרות לבדוק את אמינות המקור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מקור ראשוני למקור משני?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מאה היא שנת 1096 לספירה?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שנת 0 בספירה?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