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מבוא להיסטוריה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היסטוריה וכיצד חוקרים את העבר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מקור ראשוני למקור משני ולבדוק אמינות מקור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 מאות וספירת שנים (לפנה״ס ולספירה)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חקר העבר האנושי בעזרת מקורות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נוצר בתקופה הנחקרת או בידי עד לאירוע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ספר לימוד היסטוריה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הצגה חד צדדית כדי לשכנע או להאדיר צד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476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פרהיסטוריה היא תקופה שאין עליה מקורות כתובים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של מקור ראשוני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לפני הספירה סופרים לאחור, לכן 500 לפנה״ס קדמה ל-100 לפנה״ס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אין שנת 0, עוברים ישירות משנה 1 לפנה״ס לשנה 1 לספירה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הוא נכתב מאוחר יותר על סמך מקורות 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היסטוריה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לאחור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(מכתב מאותה תקופה)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(ספר לימוד היסטוריה)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(הצגה חד צדדית של הדברים)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(סידור אירועים לפי סדר התרחשותם)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(ספירת שנים לאחור לפני לידת ישו)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עבודת ההיסטוריון/ית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שואלים שאלת מחקר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אוספים מקורות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בודקים את המקורות - מי כתב ומתי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משווים בין מקורות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מפרשים ומסיקים מסקנות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מקור ראשוני נוצר בזמן האירוע (למשל מכתב או מטבע), מקור משני נכתב מאוחר יותר על סמך מקורות אחרים (למשל ספר לימוד)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 כתב את המקור ומה מעמדו? מתי נכתב - קרוב לאירוע או זמן רב אחריו?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מקור ראשוני מאותה תקופה, מקור משני נכתב מאוחר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המאה ה-11 (מוחקים שתי ספרות אחרונות ומוסיפים 1)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עוברים ישירות משנה 1 לפנה״ס לשנה 1 לספירה בלי שנת 0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את חישוב המאות על הלוח עם כמה שנים נוספות לפני התרגיל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להביא דוגמאות קונקרטיות למקור ראשוני ומשני מהכיתה (למשל תמונה ישנה מול ספר היסטוריה)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בשאלות הנכון/לא נכון על ספירת השנים כדאי להדגים על ציר זמן מצויר על הלוח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מבוא להיסטוריה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המושגים הבסיסיים בלימוד ההיסטוריה: מהי היסטוריה, איך עובדים היסטוריונים, מה ההבדל בין סוגי מקורות, ואיך סופרים שנים ומאות.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היסטוריה?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חקר העבר האנושי בעזרת מקורות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ניחוש מה קרה בעבר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כתיבת סיפורים דמיוניים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מדע העתיד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מקור ראשוני הוא מקור ש...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נכתב מאה שנה אחרי האירוע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נוצר בתקופה הנחקרת או בידי עד לאירוע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תמיד ספר לימוד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נכתב על ידי היסטוריון מודרני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מהבאים הוא דוגמה למקור משני?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יומן אישי מהתקופה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מטבע עתיק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 לימוד היסטוריה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מכתב מהתקופה הנחקרת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מגמתיות במקור פירושה...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המקור מדויק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הצגה חד צדדית כדי לשכנע או להאדיר צד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המקור נכתב בשפה 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המקור ארוך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שנת 476 לספירה שייכת למאה ה-...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ימי הביניים התחילו בערך בשנת...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313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476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1096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1492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פרהיסטוריה היא תקופה שיש עליה הרבה מקורות כתובים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מקור ראשוני נוצר בתקופה הנחקרת עצמה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שנת 500 לפנה״ס מאוחרת משנת 100 לפנה״ס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שנת 0 בספירה הנהוגה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 לימוד היסטוריה נחשב מקור משני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היא חקר העבר האנושי בעזרת מקורות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מקור שנכתב מאוחר יותר על סמך מקורות אחרים נקרא מקור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כלל אצבע למציאת מאה: מוחקים שתי ספרות אחרונות ומוסיפים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בשנים שלפני הספירה סופרים שנים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מקור ראשוני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ספר לימוד היסטוריה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מקור משני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ספירת שנים לאחור לפני לידת ישו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מגמתיות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סידור אירועים לפי סדר התרחשותם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ציר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הצגה חד צדדית של הדברים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לפנה״ס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מכתב מאותה תקופה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עבודת ההיסטוריון/ית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אוספים מקורות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מפרשים ומסיקים מסקנות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משווים בין מקורות שונים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את המקורות - מי כתב ומתי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שאלת מחקר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מקור ראשוני למקור משני, ותנו דוגמה לכל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ציינו שתי שאלות שעוזרות לבדוק את אמינות המקור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מקור ראשוני למקור משני?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מאה היא שנת 1096 לספירה?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אין שנת 0 בספירה?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מבוא להיסטוריה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